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0C52D" w14:textId="7BF7B740" w:rsidR="0046359A" w:rsidRPr="00F523EF" w:rsidRDefault="0046359A" w:rsidP="0046359A">
      <w:pPr>
        <w:rPr>
          <w:rFonts w:asciiTheme="minorEastAsia" w:eastAsiaTheme="minorEastAsia" w:hAnsiTheme="minorEastAsia"/>
          <w:bCs/>
          <w:szCs w:val="21"/>
        </w:rPr>
      </w:pPr>
      <w:r w:rsidRPr="00F523EF">
        <w:rPr>
          <w:rFonts w:asciiTheme="minorEastAsia" w:eastAsiaTheme="minorEastAsia" w:hAnsiTheme="minorEastAsia"/>
          <w:bCs/>
          <w:szCs w:val="21"/>
        </w:rPr>
        <w:t>【様式</w:t>
      </w:r>
      <w:r w:rsidR="00D0195A">
        <w:rPr>
          <w:rFonts w:asciiTheme="minorEastAsia" w:eastAsiaTheme="minorEastAsia" w:hAnsiTheme="minorEastAsia" w:hint="eastAsia"/>
          <w:bCs/>
          <w:szCs w:val="21"/>
          <w:lang w:eastAsia="ja-JP"/>
        </w:rPr>
        <w:t>4</w:t>
      </w:r>
      <w:r w:rsidRPr="00F523EF">
        <w:rPr>
          <w:rFonts w:asciiTheme="minorEastAsia" w:eastAsiaTheme="minorEastAsia" w:hAnsiTheme="minorEastAsia"/>
          <w:bCs/>
          <w:szCs w:val="21"/>
        </w:rPr>
        <w:t>】</w:t>
      </w:r>
    </w:p>
    <w:p w14:paraId="1E976643" w14:textId="7C1AB64E" w:rsidR="001A73AE" w:rsidRPr="00F523EF" w:rsidRDefault="0046359A" w:rsidP="0046359A">
      <w:pPr>
        <w:jc w:val="center"/>
        <w:rPr>
          <w:rFonts w:asciiTheme="minorEastAsia" w:eastAsiaTheme="minorEastAsia" w:hAnsiTheme="minorEastAsia"/>
          <w:bCs/>
          <w:sz w:val="32"/>
          <w:szCs w:val="32"/>
        </w:rPr>
      </w:pPr>
      <w:proofErr w:type="spellStart"/>
      <w:r w:rsidRPr="00F523EF">
        <w:rPr>
          <w:rFonts w:asciiTheme="minorEastAsia" w:eastAsiaTheme="minorEastAsia" w:hAnsiTheme="minorEastAsia"/>
          <w:bCs/>
          <w:sz w:val="32"/>
          <w:szCs w:val="32"/>
        </w:rPr>
        <w:t>誓約書</w:t>
      </w:r>
      <w:proofErr w:type="spellEnd"/>
    </w:p>
    <w:p w14:paraId="313AE059" w14:textId="77777777" w:rsidR="001A73AE" w:rsidRPr="00F523EF" w:rsidRDefault="001A73AE">
      <w:pPr>
        <w:rPr>
          <w:rFonts w:asciiTheme="minorEastAsia" w:eastAsiaTheme="minorEastAsia" w:hAnsiTheme="minorEastAsia"/>
        </w:rPr>
      </w:pPr>
    </w:p>
    <w:p w14:paraId="3ABD7F2A" w14:textId="77777777" w:rsidR="001A73AE" w:rsidRPr="00F523EF" w:rsidRDefault="0046359A" w:rsidP="0046359A">
      <w:pPr>
        <w:jc w:val="right"/>
        <w:rPr>
          <w:rFonts w:asciiTheme="minorEastAsia" w:eastAsiaTheme="minorEastAsia" w:hAnsiTheme="minorEastAsia"/>
        </w:rPr>
      </w:pPr>
      <w:r w:rsidRPr="00F523EF">
        <w:rPr>
          <w:rFonts w:asciiTheme="minorEastAsia" w:eastAsiaTheme="minorEastAsia" w:hAnsiTheme="minorEastAsia"/>
        </w:rPr>
        <w:t>令和8年　月　日</w:t>
      </w:r>
    </w:p>
    <w:p w14:paraId="12C43704" w14:textId="77777777" w:rsidR="001A73AE" w:rsidRPr="00F523EF" w:rsidRDefault="0046359A">
      <w:pPr>
        <w:rPr>
          <w:rFonts w:asciiTheme="minorEastAsia" w:eastAsiaTheme="minorEastAsia" w:hAnsiTheme="minorEastAsia"/>
          <w:lang w:eastAsia="ja-JP"/>
        </w:rPr>
      </w:pPr>
      <w:r w:rsidRPr="00F523EF">
        <w:rPr>
          <w:rFonts w:asciiTheme="minorEastAsia" w:eastAsiaTheme="minorEastAsia" w:hAnsiTheme="minorEastAsia"/>
          <w:lang w:eastAsia="ja-JP"/>
        </w:rPr>
        <w:t>田野町長　様</w:t>
      </w:r>
    </w:p>
    <w:p w14:paraId="0C7F563E" w14:textId="77777777" w:rsidR="001A73AE" w:rsidRPr="00F523EF" w:rsidRDefault="0046359A" w:rsidP="0046359A">
      <w:pPr>
        <w:ind w:firstLineChars="2300" w:firstLine="4830"/>
        <w:rPr>
          <w:rFonts w:asciiTheme="minorEastAsia" w:eastAsiaTheme="minorEastAsia" w:hAnsiTheme="minorEastAsia"/>
          <w:lang w:eastAsia="ja-JP"/>
        </w:rPr>
      </w:pPr>
      <w:r w:rsidRPr="00F523EF">
        <w:rPr>
          <w:rFonts w:asciiTheme="minorEastAsia" w:eastAsiaTheme="minorEastAsia" w:hAnsiTheme="minorEastAsia"/>
          <w:lang w:eastAsia="ja-JP"/>
        </w:rPr>
        <w:t>所在地：</w:t>
      </w:r>
    </w:p>
    <w:p w14:paraId="0C1C4E6F" w14:textId="77777777" w:rsidR="001A73AE" w:rsidRPr="00F523EF" w:rsidRDefault="0046359A" w:rsidP="0046359A">
      <w:pPr>
        <w:ind w:firstLineChars="2300" w:firstLine="4830"/>
        <w:rPr>
          <w:rFonts w:asciiTheme="minorEastAsia" w:eastAsiaTheme="minorEastAsia" w:hAnsiTheme="minorEastAsia"/>
          <w:lang w:eastAsia="ja-JP"/>
        </w:rPr>
      </w:pPr>
      <w:r w:rsidRPr="00F523EF">
        <w:rPr>
          <w:rFonts w:asciiTheme="minorEastAsia" w:eastAsiaTheme="minorEastAsia" w:hAnsiTheme="minorEastAsia"/>
          <w:lang w:eastAsia="ja-JP"/>
        </w:rPr>
        <w:t>商号又は名称：</w:t>
      </w:r>
    </w:p>
    <w:p w14:paraId="34F9BDDC" w14:textId="30778632" w:rsidR="001A73AE" w:rsidRPr="00F523EF" w:rsidRDefault="0046359A" w:rsidP="0046359A">
      <w:pPr>
        <w:ind w:firstLineChars="2300" w:firstLine="4830"/>
        <w:rPr>
          <w:rFonts w:asciiTheme="minorEastAsia" w:eastAsiaTheme="minorEastAsia" w:hAnsiTheme="minorEastAsia"/>
          <w:lang w:eastAsia="ja-JP"/>
        </w:rPr>
      </w:pPr>
      <w:r w:rsidRPr="00F523EF">
        <w:rPr>
          <w:rFonts w:asciiTheme="minorEastAsia" w:eastAsiaTheme="minorEastAsia" w:hAnsiTheme="minorEastAsia"/>
          <w:lang w:eastAsia="ja-JP"/>
        </w:rPr>
        <w:t>代表者職氏名：</w:t>
      </w:r>
    </w:p>
    <w:p w14:paraId="7464064D" w14:textId="77777777" w:rsidR="0046359A" w:rsidRPr="00F523EF" w:rsidRDefault="0046359A" w:rsidP="0046359A">
      <w:pPr>
        <w:ind w:firstLineChars="2300" w:firstLine="4830"/>
        <w:rPr>
          <w:rFonts w:asciiTheme="minorEastAsia" w:eastAsiaTheme="minorEastAsia" w:hAnsiTheme="minorEastAsia"/>
          <w:lang w:eastAsia="ja-JP"/>
        </w:rPr>
      </w:pPr>
    </w:p>
    <w:p w14:paraId="6BF569F9" w14:textId="77777777" w:rsidR="001A73AE" w:rsidRPr="00F523EF" w:rsidRDefault="0046359A" w:rsidP="0046359A">
      <w:pPr>
        <w:ind w:firstLineChars="100" w:firstLine="210"/>
        <w:rPr>
          <w:rFonts w:asciiTheme="minorEastAsia" w:eastAsiaTheme="minorEastAsia" w:hAnsiTheme="minorEastAsia"/>
          <w:lang w:eastAsia="ja-JP"/>
        </w:rPr>
      </w:pPr>
      <w:r w:rsidRPr="00F523EF">
        <w:rPr>
          <w:rFonts w:asciiTheme="minorEastAsia" w:eastAsiaTheme="minorEastAsia" w:hAnsiTheme="minorEastAsia"/>
          <w:lang w:eastAsia="ja-JP"/>
        </w:rPr>
        <w:t>当社は、実施要項に定める参加資格を満たすこと、提出書類に虚偽の記載がないこと、指名停止措置を受けていないこと、暴力団又は暴力団員等と関係を有しないこと、本業務の全部又は主たる部分を一括して第三者に再委託しないこと、協力事業者を活用する場合も受託者として本業務全体の最終責任を負うこと、審査委員又は関係職員に対し不正な接触を行わないことを誓約します。</w:t>
      </w:r>
    </w:p>
    <w:sectPr w:rsidR="001A73AE" w:rsidRPr="00F523EF" w:rsidSect="00034616">
      <w:pgSz w:w="12240" w:h="15840"/>
      <w:pgMar w:top="1134" w:right="1247" w:bottom="1134"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29EEC" w14:textId="77777777" w:rsidR="00D81BCA" w:rsidRDefault="00D81BCA" w:rsidP="00D0195A">
      <w:pPr>
        <w:spacing w:after="0" w:line="240" w:lineRule="auto"/>
      </w:pPr>
      <w:r>
        <w:separator/>
      </w:r>
    </w:p>
  </w:endnote>
  <w:endnote w:type="continuationSeparator" w:id="0">
    <w:p w14:paraId="5AB0B26D" w14:textId="77777777" w:rsidR="00D81BCA" w:rsidRDefault="00D81BCA" w:rsidP="00D01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24615" w14:textId="77777777" w:rsidR="00D81BCA" w:rsidRDefault="00D81BCA" w:rsidP="00D0195A">
      <w:pPr>
        <w:spacing w:after="0" w:line="240" w:lineRule="auto"/>
      </w:pPr>
      <w:r>
        <w:separator/>
      </w:r>
    </w:p>
  </w:footnote>
  <w:footnote w:type="continuationSeparator" w:id="0">
    <w:p w14:paraId="739C2A35" w14:textId="77777777" w:rsidR="00D81BCA" w:rsidRDefault="00D81BCA" w:rsidP="00D019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73AE"/>
    <w:rsid w:val="0029639D"/>
    <w:rsid w:val="00326F90"/>
    <w:rsid w:val="0046359A"/>
    <w:rsid w:val="00AA1D8D"/>
    <w:rsid w:val="00B47730"/>
    <w:rsid w:val="00CB0664"/>
    <w:rsid w:val="00D0195A"/>
    <w:rsid w:val="00D81BCA"/>
    <w:rsid w:val="00F523E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3E143F9F"/>
  <w14:defaultImageDpi w14:val="300"/>
  <w15:docId w15:val="{9A2CCEAE-9643-41D8-BEFE-7185FA3F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游ゴシック" w:eastAsia="游ゴシック" w:hAnsi="游ゴシック"/>
      <w:sz w:val="21"/>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6"/>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3"/>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ヘッダー (文字)"/>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フッター (文字)"/>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見出し 1 (文字)"/>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見出し 2 (文字)"/>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見出し 3 (文字)"/>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ab">
    <w:name w:val="表題 (文字)"/>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題 (文字)"/>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文字)"/>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文字)"/>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文字)"/>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マクロ文字列 (文字)"/>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文 (文字)"/>
    <w:basedOn w:val="a2"/>
    <w:link w:val="af5"/>
    <w:uiPriority w:val="29"/>
    <w:rsid w:val="00FC693F"/>
    <w:rPr>
      <w:i/>
      <w:iCs/>
      <w:color w:val="000000" w:themeColor="text1"/>
    </w:rPr>
  </w:style>
  <w:style w:type="character" w:customStyle="1" w:styleId="40">
    <w:name w:val="見出し 4 (文字)"/>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見出し 5 (文字)"/>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見出し 6 (文字)"/>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見出し 7 (文字)"/>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見出し 8 (文字)"/>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見出し 9 (文字)"/>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27">
    <w:name w:val="Intense Quote"/>
    <w:basedOn w:val="a1"/>
    <w:next w:val="a1"/>
    <w:link w:val="2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28">
    <w:name w:val="引用文 2 (文字)"/>
    <w:basedOn w:val="a2"/>
    <w:link w:val="27"/>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29">
    <w:name w:val="Intense Emphasis"/>
    <w:basedOn w:val="a2"/>
    <w:uiPriority w:val="21"/>
    <w:qFormat/>
    <w:rsid w:val="00FC693F"/>
    <w:rPr>
      <w:b/>
      <w:bCs/>
      <w:i/>
      <w:iCs/>
      <w:color w:val="4F81BD" w:themeColor="accent1"/>
    </w:rPr>
  </w:style>
  <w:style w:type="character" w:styleId="afb">
    <w:name w:val="Subtle Reference"/>
    <w:basedOn w:val="a2"/>
    <w:uiPriority w:val="31"/>
    <w:qFormat/>
    <w:rsid w:val="00FC693F"/>
    <w:rPr>
      <w:smallCaps/>
      <w:color w:val="C0504D" w:themeColor="accent2"/>
      <w:u w:val="single"/>
    </w:rPr>
  </w:style>
  <w:style w:type="character" w:styleId="2a">
    <w:name w:val="Intense Reference"/>
    <w:basedOn w:val="a2"/>
    <w:uiPriority w:val="32"/>
    <w:qFormat/>
    <w:rsid w:val="00FC693F"/>
    <w:rPr>
      <w:b/>
      <w:bCs/>
      <w:smallCaps/>
      <w:color w:val="C0504D" w:themeColor="accent2"/>
      <w:spacing w:val="5"/>
      <w:u w:val="single"/>
    </w:rPr>
  </w:style>
  <w:style w:type="character" w:styleId="afc">
    <w:name w:val="Book Title"/>
    <w:basedOn w:val="a2"/>
    <w:uiPriority w:val="33"/>
    <w:qFormat/>
    <w:rsid w:val="00FC693F"/>
    <w:rPr>
      <w:b/>
      <w:bCs/>
      <w:smallCaps/>
      <w:spacing w:val="5"/>
    </w:rPr>
  </w:style>
  <w:style w:type="paragraph" w:styleId="afd">
    <w:name w:val="TOC Heading"/>
    <w:basedOn w:val="1"/>
    <w:next w:val="a1"/>
    <w:uiPriority w:val="39"/>
    <w:semiHidden/>
    <w:unhideWhenUsed/>
    <w:qFormat/>
    <w:rsid w:val="00FC693F"/>
    <w:pPr>
      <w:outlineLvl w:val="9"/>
    </w:pPr>
  </w:style>
  <w:style w:type="table" w:styleId="afe">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2">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3">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4">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5">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6">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7">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2c">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d">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2e">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f">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2f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f1">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37">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38">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3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a">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3b">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3c">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3d">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4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42">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43">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44">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45">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46">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47">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51">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2">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3">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4">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5">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6">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7">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62">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63">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64">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65">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66">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67">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71">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2">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3">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4">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75">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76">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8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83">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4">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5">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6">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7">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9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93">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10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0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10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0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10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10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110">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1">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1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113">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5">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6">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120">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21">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22">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12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4">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12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126">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13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31">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2">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133">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5">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13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14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41">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42">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