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8C426" w14:textId="77777777" w:rsidR="00344957" w:rsidRPr="000C00EB" w:rsidRDefault="00344957" w:rsidP="00344957">
      <w:pPr>
        <w:rPr>
          <w:rFonts w:ascii="ＭＳ 明朝" w:eastAsia="ＭＳ 明朝" w:hAnsi="ＭＳ 明朝"/>
          <w:bCs/>
          <w:szCs w:val="21"/>
          <w:lang w:eastAsia="ja-JP"/>
        </w:rPr>
      </w:pPr>
      <w:r w:rsidRPr="000C00EB">
        <w:rPr>
          <w:rFonts w:ascii="ＭＳ 明朝" w:eastAsia="ＭＳ 明朝" w:hAnsi="ＭＳ 明朝"/>
          <w:bCs/>
          <w:szCs w:val="21"/>
          <w:lang w:eastAsia="ja-JP"/>
        </w:rPr>
        <w:t>【様式2】</w:t>
      </w:r>
    </w:p>
    <w:p w14:paraId="49B1D3B1" w14:textId="052D169A" w:rsidR="00755384" w:rsidRPr="000C00EB" w:rsidRDefault="00344957" w:rsidP="00344957">
      <w:pPr>
        <w:jc w:val="center"/>
        <w:rPr>
          <w:rFonts w:ascii="ＭＳ 明朝" w:eastAsia="ＭＳ 明朝" w:hAnsi="ＭＳ 明朝"/>
          <w:bCs/>
          <w:sz w:val="32"/>
          <w:szCs w:val="32"/>
          <w:lang w:eastAsia="ja-JP"/>
        </w:rPr>
      </w:pPr>
      <w:r w:rsidRPr="000C00EB">
        <w:rPr>
          <w:rFonts w:ascii="ＭＳ 明朝" w:eastAsia="ＭＳ 明朝" w:hAnsi="ＭＳ 明朝"/>
          <w:bCs/>
          <w:sz w:val="32"/>
          <w:szCs w:val="32"/>
          <w:lang w:eastAsia="ja-JP"/>
        </w:rPr>
        <w:t>会社概要書</w:t>
      </w:r>
    </w:p>
    <w:p w14:paraId="46130C4F" w14:textId="77777777" w:rsidR="00755384" w:rsidRPr="000C00EB" w:rsidRDefault="00755384">
      <w:pPr>
        <w:rPr>
          <w:rFonts w:ascii="ＭＳ 明朝" w:eastAsia="ＭＳ 明朝" w:hAnsi="ＭＳ 明朝"/>
          <w:lang w:eastAsia="ja-JP"/>
        </w:rPr>
      </w:pPr>
    </w:p>
    <w:p w14:paraId="63CC18D3" w14:textId="77777777" w:rsidR="00755384" w:rsidRPr="000C00EB" w:rsidRDefault="00344957">
      <w:pPr>
        <w:rPr>
          <w:rFonts w:ascii="ＭＳ 明朝" w:eastAsia="ＭＳ 明朝" w:hAnsi="ＭＳ 明朝"/>
          <w:lang w:eastAsia="ja-JP"/>
        </w:rPr>
      </w:pPr>
      <w:r w:rsidRPr="000C00EB">
        <w:rPr>
          <w:rFonts w:ascii="ＭＳ 明朝" w:eastAsia="ＭＳ 明朝" w:hAnsi="ＭＳ 明朝"/>
          <w:lang w:eastAsia="ja-JP"/>
        </w:rPr>
        <w:t>商号又は名称：</w:t>
      </w:r>
    </w:p>
    <w:p w14:paraId="27E14699" w14:textId="77777777" w:rsidR="00755384" w:rsidRPr="000C00EB" w:rsidRDefault="00344957">
      <w:pPr>
        <w:rPr>
          <w:rFonts w:ascii="ＭＳ 明朝" w:eastAsia="ＭＳ 明朝" w:hAnsi="ＭＳ 明朝"/>
        </w:rPr>
      </w:pPr>
      <w:proofErr w:type="spellStart"/>
      <w:r w:rsidRPr="000C00EB">
        <w:rPr>
          <w:rFonts w:ascii="ＭＳ 明朝" w:eastAsia="ＭＳ 明朝" w:hAnsi="ＭＳ 明朝"/>
        </w:rPr>
        <w:t>所在地</w:t>
      </w:r>
      <w:proofErr w:type="spellEnd"/>
      <w:r w:rsidRPr="000C00EB">
        <w:rPr>
          <w:rFonts w:ascii="ＭＳ 明朝" w:eastAsia="ＭＳ 明朝" w:hAnsi="ＭＳ 明朝"/>
        </w:rPr>
        <w:t>：</w:t>
      </w:r>
    </w:p>
    <w:p w14:paraId="085E1D4C" w14:textId="77777777" w:rsidR="00755384" w:rsidRPr="000C00EB" w:rsidRDefault="00344957">
      <w:pPr>
        <w:rPr>
          <w:rFonts w:ascii="ＭＳ 明朝" w:eastAsia="ＭＳ 明朝" w:hAnsi="ＭＳ 明朝"/>
        </w:rPr>
      </w:pPr>
      <w:r w:rsidRPr="000C00EB">
        <w:rPr>
          <w:rFonts w:ascii="ＭＳ 明朝" w:eastAsia="ＭＳ 明朝" w:hAnsi="ＭＳ 明朝"/>
        </w:rPr>
        <w:t>代表者名：</w:t>
      </w:r>
    </w:p>
    <w:p w14:paraId="1D96AB8D" w14:textId="77777777" w:rsidR="00755384" w:rsidRPr="000C00EB" w:rsidRDefault="00344957">
      <w:pPr>
        <w:rPr>
          <w:rFonts w:ascii="ＭＳ 明朝" w:eastAsia="ＭＳ 明朝" w:hAnsi="ＭＳ 明朝"/>
        </w:rPr>
      </w:pPr>
      <w:r w:rsidRPr="000C00EB">
        <w:rPr>
          <w:rFonts w:ascii="ＭＳ 明朝" w:eastAsia="ＭＳ 明朝" w:hAnsi="ＭＳ 明朝"/>
        </w:rPr>
        <w:t>設立年月日：</w:t>
      </w:r>
    </w:p>
    <w:p w14:paraId="384009E1" w14:textId="77777777" w:rsidR="00755384" w:rsidRPr="000C00EB" w:rsidRDefault="00344957">
      <w:pPr>
        <w:rPr>
          <w:rFonts w:ascii="ＭＳ 明朝" w:eastAsia="ＭＳ 明朝" w:hAnsi="ＭＳ 明朝"/>
          <w:lang w:eastAsia="ja-JP"/>
        </w:rPr>
      </w:pPr>
      <w:r w:rsidRPr="000C00EB">
        <w:rPr>
          <w:rFonts w:ascii="ＭＳ 明朝" w:eastAsia="ＭＳ 明朝" w:hAnsi="ＭＳ 明朝"/>
          <w:lang w:eastAsia="ja-JP"/>
        </w:rPr>
        <w:t>資本金：</w:t>
      </w:r>
    </w:p>
    <w:p w14:paraId="0BC7C56C" w14:textId="77777777" w:rsidR="00755384" w:rsidRPr="000C00EB" w:rsidRDefault="00344957">
      <w:pPr>
        <w:rPr>
          <w:rFonts w:ascii="ＭＳ 明朝" w:eastAsia="ＭＳ 明朝" w:hAnsi="ＭＳ 明朝"/>
          <w:lang w:eastAsia="ja-JP"/>
        </w:rPr>
      </w:pPr>
      <w:r w:rsidRPr="000C00EB">
        <w:rPr>
          <w:rFonts w:ascii="ＭＳ 明朝" w:eastAsia="ＭＳ 明朝" w:hAnsi="ＭＳ 明朝"/>
          <w:lang w:eastAsia="ja-JP"/>
        </w:rPr>
        <w:t>従業員数：</w:t>
      </w:r>
    </w:p>
    <w:p w14:paraId="09ED7B0F" w14:textId="77777777" w:rsidR="00755384" w:rsidRPr="000C00EB" w:rsidRDefault="00344957">
      <w:pPr>
        <w:rPr>
          <w:rFonts w:ascii="ＭＳ 明朝" w:eastAsia="ＭＳ 明朝" w:hAnsi="ＭＳ 明朝"/>
          <w:lang w:eastAsia="ja-JP"/>
        </w:rPr>
      </w:pPr>
      <w:r w:rsidRPr="000C00EB">
        <w:rPr>
          <w:rFonts w:ascii="ＭＳ 明朝" w:eastAsia="ＭＳ 明朝" w:hAnsi="ＭＳ 明朝"/>
          <w:lang w:eastAsia="ja-JP"/>
        </w:rPr>
        <w:t>主な業務内容：</w:t>
      </w:r>
    </w:p>
    <w:p w14:paraId="7696921D" w14:textId="38B3A3D6" w:rsidR="00755384" w:rsidRPr="000C00EB" w:rsidRDefault="002B5443">
      <w:pPr>
        <w:rPr>
          <w:rFonts w:ascii="ＭＳ 明朝" w:eastAsia="ＭＳ 明朝" w:hAnsi="ＭＳ 明朝"/>
          <w:lang w:eastAsia="ja-JP"/>
        </w:rPr>
      </w:pPr>
      <w:r>
        <w:rPr>
          <w:rFonts w:ascii="ＭＳ 明朝" w:eastAsia="ＭＳ 明朝" w:hAnsi="ＭＳ 明朝" w:hint="eastAsia"/>
          <w:lang w:eastAsia="ja-JP"/>
        </w:rPr>
        <w:t>公共交通</w:t>
      </w:r>
      <w:r w:rsidR="00344957" w:rsidRPr="000C00EB">
        <w:rPr>
          <w:rFonts w:ascii="ＭＳ 明朝" w:eastAsia="ＭＳ 明朝" w:hAnsi="ＭＳ 明朝"/>
          <w:lang w:eastAsia="ja-JP"/>
        </w:rPr>
        <w:t>に関する取組概要：</w:t>
      </w:r>
    </w:p>
    <w:sectPr w:rsidR="00755384" w:rsidRPr="000C00EB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4EEC1" w14:textId="77777777" w:rsidR="00A66E85" w:rsidRDefault="00A66E85" w:rsidP="002B5443">
      <w:pPr>
        <w:spacing w:after="0" w:line="240" w:lineRule="auto"/>
      </w:pPr>
      <w:r>
        <w:separator/>
      </w:r>
    </w:p>
  </w:endnote>
  <w:endnote w:type="continuationSeparator" w:id="0">
    <w:p w14:paraId="65F0E1DD" w14:textId="77777777" w:rsidR="00A66E85" w:rsidRDefault="00A66E85" w:rsidP="002B5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9EF38" w14:textId="77777777" w:rsidR="00A66E85" w:rsidRDefault="00A66E85" w:rsidP="002B5443">
      <w:pPr>
        <w:spacing w:after="0" w:line="240" w:lineRule="auto"/>
      </w:pPr>
      <w:r>
        <w:separator/>
      </w:r>
    </w:p>
  </w:footnote>
  <w:footnote w:type="continuationSeparator" w:id="0">
    <w:p w14:paraId="5FA39AD1" w14:textId="77777777" w:rsidR="00A66E85" w:rsidRDefault="00A66E85" w:rsidP="002B5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00EB"/>
    <w:rsid w:val="0015074B"/>
    <w:rsid w:val="0029639D"/>
    <w:rsid w:val="002B5443"/>
    <w:rsid w:val="00326F90"/>
    <w:rsid w:val="00344957"/>
    <w:rsid w:val="00755384"/>
    <w:rsid w:val="00A66E85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6F621A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