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3198F" w14:textId="77777777" w:rsidR="008C6C33" w:rsidRPr="0039402F" w:rsidRDefault="008C6C33" w:rsidP="008C6C33">
      <w:pPr>
        <w:rPr>
          <w:rFonts w:asciiTheme="minorEastAsia" w:eastAsiaTheme="minorEastAsia" w:hAnsiTheme="minorEastAsia"/>
          <w:bCs/>
          <w:szCs w:val="21"/>
        </w:rPr>
      </w:pPr>
      <w:r w:rsidRPr="0039402F">
        <w:rPr>
          <w:rFonts w:asciiTheme="minorEastAsia" w:eastAsiaTheme="minorEastAsia" w:hAnsiTheme="minorEastAsia"/>
          <w:bCs/>
          <w:szCs w:val="21"/>
        </w:rPr>
        <w:t>【様式7】</w:t>
      </w:r>
    </w:p>
    <w:p w14:paraId="339A3BC2" w14:textId="17CBBF35" w:rsidR="00741099" w:rsidRPr="0039402F" w:rsidRDefault="008C6C33" w:rsidP="008C6C33">
      <w:pPr>
        <w:jc w:val="center"/>
        <w:rPr>
          <w:rFonts w:asciiTheme="minorEastAsia" w:eastAsiaTheme="minorEastAsia" w:hAnsiTheme="minorEastAsia"/>
          <w:bCs/>
          <w:sz w:val="32"/>
          <w:szCs w:val="32"/>
        </w:rPr>
      </w:pPr>
      <w:proofErr w:type="spellStart"/>
      <w:r w:rsidRPr="0039402F">
        <w:rPr>
          <w:rFonts w:asciiTheme="minorEastAsia" w:eastAsiaTheme="minorEastAsia" w:hAnsiTheme="minorEastAsia"/>
          <w:bCs/>
          <w:sz w:val="32"/>
          <w:szCs w:val="32"/>
        </w:rPr>
        <w:t>再委託予定調書</w:t>
      </w:r>
      <w:proofErr w:type="spellEnd"/>
    </w:p>
    <w:p w14:paraId="3EF35C37" w14:textId="77777777" w:rsidR="00741099" w:rsidRPr="0039402F" w:rsidRDefault="00741099">
      <w:pPr>
        <w:rPr>
          <w:rFonts w:asciiTheme="minorEastAsia" w:eastAsiaTheme="minorEastAsia" w:hAnsiTheme="minorEastAsia"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700"/>
        <w:gridCol w:w="1548"/>
        <w:gridCol w:w="1624"/>
        <w:gridCol w:w="1624"/>
        <w:gridCol w:w="1624"/>
        <w:gridCol w:w="1624"/>
      </w:tblGrid>
      <w:tr w:rsidR="00741099" w:rsidRPr="0039402F" w14:paraId="4350C521" w14:textId="77777777" w:rsidTr="008C6C33">
        <w:trPr>
          <w:jc w:val="center"/>
        </w:trPr>
        <w:tc>
          <w:tcPr>
            <w:tcW w:w="1700" w:type="dxa"/>
            <w:shd w:val="clear" w:color="auto" w:fill="auto"/>
            <w:vAlign w:val="center"/>
          </w:tcPr>
          <w:p w14:paraId="1925828C" w14:textId="77777777" w:rsidR="00741099" w:rsidRPr="0039402F" w:rsidRDefault="008C6C33" w:rsidP="008C6C3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39402F">
              <w:rPr>
                <w:rFonts w:asciiTheme="minorEastAsia" w:eastAsiaTheme="minorEastAsia" w:hAnsiTheme="minorEastAsia"/>
                <w:bCs/>
              </w:rPr>
              <w:t>再委託予定業務</w:t>
            </w:r>
            <w:proofErr w:type="spellEnd"/>
          </w:p>
        </w:tc>
        <w:tc>
          <w:tcPr>
            <w:tcW w:w="1548" w:type="dxa"/>
            <w:shd w:val="clear" w:color="auto" w:fill="auto"/>
            <w:vAlign w:val="center"/>
          </w:tcPr>
          <w:p w14:paraId="4F0E0329" w14:textId="77777777" w:rsidR="00741099" w:rsidRPr="0039402F" w:rsidRDefault="008C6C33" w:rsidP="008C6C3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39402F">
              <w:rPr>
                <w:rFonts w:asciiTheme="minorEastAsia" w:eastAsiaTheme="minorEastAsia" w:hAnsiTheme="minorEastAsia"/>
                <w:bCs/>
              </w:rPr>
              <w:t>再委託先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679C0E9D" w14:textId="77777777" w:rsidR="00741099" w:rsidRPr="0039402F" w:rsidRDefault="008C6C33" w:rsidP="008C6C3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39402F">
              <w:rPr>
                <w:rFonts w:asciiTheme="minorEastAsia" w:eastAsiaTheme="minorEastAsia" w:hAnsiTheme="minorEastAsia"/>
                <w:bCs/>
              </w:rPr>
              <w:t>再委託理由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68E98B41" w14:textId="77777777" w:rsidR="00741099" w:rsidRPr="0039402F" w:rsidRDefault="008C6C33" w:rsidP="008C6C3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39402F">
              <w:rPr>
                <w:rFonts w:asciiTheme="minorEastAsia" w:eastAsiaTheme="minorEastAsia" w:hAnsiTheme="minorEastAsia"/>
                <w:bCs/>
              </w:rPr>
              <w:t>業務範囲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19628783" w14:textId="77777777" w:rsidR="008C6C33" w:rsidRPr="0039402F" w:rsidRDefault="008C6C33" w:rsidP="008C6C3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39402F">
              <w:rPr>
                <w:rFonts w:asciiTheme="minorEastAsia" w:eastAsiaTheme="minorEastAsia" w:hAnsiTheme="minorEastAsia"/>
                <w:bCs/>
              </w:rPr>
              <w:t>主たる業務</w:t>
            </w:r>
            <w:proofErr w:type="spellEnd"/>
          </w:p>
          <w:p w14:paraId="62901DDE" w14:textId="52942BD6" w:rsidR="00741099" w:rsidRPr="0039402F" w:rsidRDefault="008C6C33" w:rsidP="008C6C3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39402F">
              <w:rPr>
                <w:rFonts w:asciiTheme="minorEastAsia" w:eastAsiaTheme="minorEastAsia" w:hAnsiTheme="minorEastAsia"/>
                <w:bCs/>
              </w:rPr>
              <w:t>該当性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14:paraId="4DD6C502" w14:textId="77777777" w:rsidR="00741099" w:rsidRPr="0039402F" w:rsidRDefault="008C6C33" w:rsidP="008C6C3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39402F">
              <w:rPr>
                <w:rFonts w:asciiTheme="minorEastAsia" w:eastAsiaTheme="minorEastAsia" w:hAnsiTheme="minorEastAsia"/>
                <w:bCs/>
              </w:rPr>
              <w:t>管理方法</w:t>
            </w:r>
          </w:p>
        </w:tc>
      </w:tr>
      <w:tr w:rsidR="00741099" w:rsidRPr="0039402F" w14:paraId="5BCA3E61" w14:textId="77777777" w:rsidTr="008C6C33">
        <w:trPr>
          <w:jc w:val="center"/>
        </w:trPr>
        <w:tc>
          <w:tcPr>
            <w:tcW w:w="1700" w:type="dxa"/>
            <w:vAlign w:val="center"/>
          </w:tcPr>
          <w:p w14:paraId="0CA74FF1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09B298EF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3A1CE2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16DC8DE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BBFB04F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3DBA15D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1099" w:rsidRPr="0039402F" w14:paraId="5FC4B623" w14:textId="77777777" w:rsidTr="008C6C33">
        <w:trPr>
          <w:jc w:val="center"/>
        </w:trPr>
        <w:tc>
          <w:tcPr>
            <w:tcW w:w="1700" w:type="dxa"/>
            <w:vAlign w:val="center"/>
          </w:tcPr>
          <w:p w14:paraId="78C80805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2CE8A087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363267E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DC8AC9B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6928176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D7D6CD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1099" w:rsidRPr="0039402F" w14:paraId="491EBA0D" w14:textId="77777777" w:rsidTr="008C6C33">
        <w:trPr>
          <w:jc w:val="center"/>
        </w:trPr>
        <w:tc>
          <w:tcPr>
            <w:tcW w:w="1700" w:type="dxa"/>
            <w:vAlign w:val="center"/>
          </w:tcPr>
          <w:p w14:paraId="188C549A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5A966366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6701685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51CDDAF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F715598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9ED8BF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1099" w:rsidRPr="0039402F" w14:paraId="2BD66F44" w14:textId="77777777" w:rsidTr="008C6C33">
        <w:trPr>
          <w:jc w:val="center"/>
        </w:trPr>
        <w:tc>
          <w:tcPr>
            <w:tcW w:w="1700" w:type="dxa"/>
            <w:vAlign w:val="center"/>
          </w:tcPr>
          <w:p w14:paraId="3AD45738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7F22D8A8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6DE92A6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3ACE09E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A31E00C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66CED3F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1099" w:rsidRPr="0039402F" w14:paraId="69BAC7E5" w14:textId="77777777" w:rsidTr="008C6C33">
        <w:trPr>
          <w:jc w:val="center"/>
        </w:trPr>
        <w:tc>
          <w:tcPr>
            <w:tcW w:w="1700" w:type="dxa"/>
            <w:vAlign w:val="center"/>
          </w:tcPr>
          <w:p w14:paraId="5C77545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68EADF1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57CBD76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D7D1E5F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4031FCA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6E77D32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1099" w:rsidRPr="0039402F" w14:paraId="4AF3766A" w14:textId="77777777" w:rsidTr="008C6C33">
        <w:trPr>
          <w:jc w:val="center"/>
        </w:trPr>
        <w:tc>
          <w:tcPr>
            <w:tcW w:w="1700" w:type="dxa"/>
            <w:vAlign w:val="center"/>
          </w:tcPr>
          <w:p w14:paraId="3D93892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6000E199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CDB9B47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FE0AD77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96B6A52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8DABF8F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1099" w:rsidRPr="0039402F" w14:paraId="0A18EB57" w14:textId="77777777" w:rsidTr="008C6C33">
        <w:trPr>
          <w:jc w:val="center"/>
        </w:trPr>
        <w:tc>
          <w:tcPr>
            <w:tcW w:w="1700" w:type="dxa"/>
            <w:vAlign w:val="center"/>
          </w:tcPr>
          <w:p w14:paraId="7912937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58AFA5E7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57C63F6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013B46C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EFD8E31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044CA7D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  <w:tr w:rsidR="00741099" w:rsidRPr="0039402F" w14:paraId="341ACDD3" w14:textId="77777777" w:rsidTr="008C6C33">
        <w:trPr>
          <w:jc w:val="center"/>
        </w:trPr>
        <w:tc>
          <w:tcPr>
            <w:tcW w:w="1700" w:type="dxa"/>
            <w:vAlign w:val="center"/>
          </w:tcPr>
          <w:p w14:paraId="7909187B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8" w:type="dxa"/>
            <w:vAlign w:val="center"/>
          </w:tcPr>
          <w:p w14:paraId="6CFD2982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72E3FC3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450E618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E9800C8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862DF3B" w14:textId="77777777" w:rsidR="00741099" w:rsidRPr="0039402F" w:rsidRDefault="00741099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0356E701" w14:textId="77777777" w:rsidR="00741099" w:rsidRPr="0039402F" w:rsidRDefault="00741099">
      <w:pPr>
        <w:rPr>
          <w:rFonts w:asciiTheme="minorEastAsia" w:eastAsiaTheme="minorEastAsia" w:hAnsiTheme="minorEastAsia"/>
        </w:rPr>
      </w:pPr>
    </w:p>
    <w:sectPr w:rsidR="00741099" w:rsidRPr="0039402F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402F"/>
    <w:rsid w:val="00741099"/>
    <w:rsid w:val="008C6C3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44360E7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