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E09C5" w14:textId="77777777" w:rsidR="00C279DE" w:rsidRPr="00D54F8C" w:rsidRDefault="00C279DE" w:rsidP="00C279DE">
      <w:pPr>
        <w:rPr>
          <w:rFonts w:asciiTheme="minorEastAsia" w:eastAsiaTheme="minorEastAsia" w:hAnsiTheme="minorEastAsia"/>
          <w:bCs/>
          <w:szCs w:val="21"/>
        </w:rPr>
      </w:pPr>
      <w:r w:rsidRPr="00D54F8C">
        <w:rPr>
          <w:rFonts w:asciiTheme="minorEastAsia" w:eastAsiaTheme="minorEastAsia" w:hAnsiTheme="minorEastAsia"/>
          <w:bCs/>
          <w:szCs w:val="21"/>
        </w:rPr>
        <w:t>【様式4】</w:t>
      </w:r>
    </w:p>
    <w:p w14:paraId="112F28C2" w14:textId="1CD3B185" w:rsidR="009140B6" w:rsidRPr="00D54F8C" w:rsidRDefault="00C279DE" w:rsidP="00C279DE">
      <w:pPr>
        <w:jc w:val="center"/>
        <w:rPr>
          <w:rFonts w:asciiTheme="minorEastAsia" w:eastAsiaTheme="minorEastAsia" w:hAnsiTheme="minorEastAsia"/>
          <w:bCs/>
          <w:sz w:val="32"/>
          <w:szCs w:val="32"/>
        </w:rPr>
      </w:pPr>
      <w:proofErr w:type="spellStart"/>
      <w:r w:rsidRPr="00D54F8C">
        <w:rPr>
          <w:rFonts w:asciiTheme="minorEastAsia" w:eastAsiaTheme="minorEastAsia" w:hAnsiTheme="minorEastAsia"/>
          <w:bCs/>
          <w:sz w:val="32"/>
          <w:szCs w:val="32"/>
        </w:rPr>
        <w:t>配置予定技術者調書</w:t>
      </w:r>
      <w:proofErr w:type="spellEnd"/>
    </w:p>
    <w:p w14:paraId="593B66D4" w14:textId="77777777" w:rsidR="009140B6" w:rsidRPr="00D54F8C" w:rsidRDefault="009140B6">
      <w:pPr>
        <w:rPr>
          <w:rFonts w:asciiTheme="minorEastAsia" w:eastAsiaTheme="minorEastAsia" w:hAnsiTheme="minorEastAsia"/>
        </w:rPr>
      </w:pP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1624"/>
        <w:gridCol w:w="1624"/>
        <w:gridCol w:w="1713"/>
        <w:gridCol w:w="1535"/>
        <w:gridCol w:w="1624"/>
        <w:gridCol w:w="1624"/>
      </w:tblGrid>
      <w:tr w:rsidR="009140B6" w:rsidRPr="00D54F8C" w14:paraId="5F3020E4" w14:textId="77777777" w:rsidTr="00C279DE">
        <w:trPr>
          <w:trHeight w:val="655"/>
          <w:jc w:val="center"/>
        </w:trPr>
        <w:tc>
          <w:tcPr>
            <w:tcW w:w="1624" w:type="dxa"/>
            <w:shd w:val="clear" w:color="auto" w:fill="auto"/>
            <w:vAlign w:val="center"/>
          </w:tcPr>
          <w:p w14:paraId="56E4B060" w14:textId="77777777" w:rsidR="009140B6" w:rsidRPr="00D54F8C" w:rsidRDefault="00C279DE" w:rsidP="00C279DE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proofErr w:type="spellStart"/>
            <w:r w:rsidRPr="00D54F8C">
              <w:rPr>
                <w:rFonts w:asciiTheme="minorEastAsia" w:eastAsiaTheme="minorEastAsia" w:hAnsiTheme="minorEastAsia"/>
                <w:bCs/>
              </w:rPr>
              <w:t>氏名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14:paraId="1E4F3928" w14:textId="77777777" w:rsidR="009140B6" w:rsidRPr="00D54F8C" w:rsidRDefault="00C279DE" w:rsidP="00C279DE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D54F8C">
              <w:rPr>
                <w:rFonts w:asciiTheme="minorEastAsia" w:eastAsiaTheme="minorEastAsia" w:hAnsiTheme="minorEastAsia"/>
                <w:bCs/>
              </w:rPr>
              <w:t>所属・役職</w:t>
            </w:r>
          </w:p>
        </w:tc>
        <w:tc>
          <w:tcPr>
            <w:tcW w:w="1713" w:type="dxa"/>
            <w:shd w:val="clear" w:color="auto" w:fill="auto"/>
            <w:vAlign w:val="center"/>
          </w:tcPr>
          <w:p w14:paraId="605064AF" w14:textId="77777777" w:rsidR="009140B6" w:rsidRPr="00D54F8C" w:rsidRDefault="00C279DE" w:rsidP="00C279DE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D54F8C">
              <w:rPr>
                <w:rFonts w:asciiTheme="minorEastAsia" w:eastAsiaTheme="minorEastAsia" w:hAnsiTheme="minorEastAsia"/>
                <w:bCs/>
              </w:rPr>
              <w:t>本業務での役割</w:t>
            </w:r>
          </w:p>
        </w:tc>
        <w:tc>
          <w:tcPr>
            <w:tcW w:w="1535" w:type="dxa"/>
            <w:shd w:val="clear" w:color="auto" w:fill="auto"/>
            <w:vAlign w:val="center"/>
          </w:tcPr>
          <w:p w14:paraId="07336D69" w14:textId="77777777" w:rsidR="009140B6" w:rsidRPr="00D54F8C" w:rsidRDefault="00C279DE" w:rsidP="00C279DE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D54F8C">
              <w:rPr>
                <w:rFonts w:asciiTheme="minorEastAsia" w:eastAsiaTheme="minorEastAsia" w:hAnsiTheme="minorEastAsia"/>
                <w:bCs/>
              </w:rPr>
              <w:t>保有資格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5AF914D5" w14:textId="77777777" w:rsidR="009140B6" w:rsidRPr="00D54F8C" w:rsidRDefault="00C279DE" w:rsidP="00C279DE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D54F8C">
              <w:rPr>
                <w:rFonts w:asciiTheme="minorEastAsia" w:eastAsiaTheme="minorEastAsia" w:hAnsiTheme="minorEastAsia"/>
                <w:bCs/>
              </w:rPr>
              <w:t>主な業務実績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20A1185B" w14:textId="77777777" w:rsidR="009140B6" w:rsidRPr="00D54F8C" w:rsidRDefault="00C279DE" w:rsidP="00C279DE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D54F8C">
              <w:rPr>
                <w:rFonts w:asciiTheme="minorEastAsia" w:eastAsiaTheme="minorEastAsia" w:hAnsiTheme="minorEastAsia"/>
                <w:bCs/>
              </w:rPr>
              <w:t>関与予定割合</w:t>
            </w:r>
          </w:p>
        </w:tc>
      </w:tr>
      <w:tr w:rsidR="009140B6" w:rsidRPr="00D54F8C" w14:paraId="08E103AE" w14:textId="77777777" w:rsidTr="00C279DE">
        <w:trPr>
          <w:jc w:val="center"/>
        </w:trPr>
        <w:tc>
          <w:tcPr>
            <w:tcW w:w="1624" w:type="dxa"/>
            <w:vAlign w:val="center"/>
          </w:tcPr>
          <w:p w14:paraId="546AAFC1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1BE572A8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3" w:type="dxa"/>
            <w:vAlign w:val="center"/>
          </w:tcPr>
          <w:p w14:paraId="4C6C4DF4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35" w:type="dxa"/>
            <w:vAlign w:val="center"/>
          </w:tcPr>
          <w:p w14:paraId="71F768F2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B820DEA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75CA98C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0B6" w:rsidRPr="00D54F8C" w14:paraId="32922088" w14:textId="77777777" w:rsidTr="00C279DE">
        <w:trPr>
          <w:jc w:val="center"/>
        </w:trPr>
        <w:tc>
          <w:tcPr>
            <w:tcW w:w="1624" w:type="dxa"/>
            <w:vAlign w:val="center"/>
          </w:tcPr>
          <w:p w14:paraId="3B56D6F2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D80C641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3" w:type="dxa"/>
            <w:vAlign w:val="center"/>
          </w:tcPr>
          <w:p w14:paraId="204251E7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35" w:type="dxa"/>
            <w:vAlign w:val="center"/>
          </w:tcPr>
          <w:p w14:paraId="2B4CDDCA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EE5642D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140EB5E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0B6" w:rsidRPr="00D54F8C" w14:paraId="0787C4D3" w14:textId="77777777" w:rsidTr="00C279DE">
        <w:trPr>
          <w:jc w:val="center"/>
        </w:trPr>
        <w:tc>
          <w:tcPr>
            <w:tcW w:w="1624" w:type="dxa"/>
            <w:vAlign w:val="center"/>
          </w:tcPr>
          <w:p w14:paraId="2AF6E1C4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C3FF1CF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3" w:type="dxa"/>
            <w:vAlign w:val="center"/>
          </w:tcPr>
          <w:p w14:paraId="1C2C6CFA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35" w:type="dxa"/>
            <w:vAlign w:val="center"/>
          </w:tcPr>
          <w:p w14:paraId="6F5D7BA6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05D7E6C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DC7DD76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0B6" w:rsidRPr="00D54F8C" w14:paraId="54B04084" w14:textId="77777777" w:rsidTr="00C279DE">
        <w:trPr>
          <w:jc w:val="center"/>
        </w:trPr>
        <w:tc>
          <w:tcPr>
            <w:tcW w:w="1624" w:type="dxa"/>
            <w:vAlign w:val="center"/>
          </w:tcPr>
          <w:p w14:paraId="7E9674AB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D06AFCA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3" w:type="dxa"/>
            <w:vAlign w:val="center"/>
          </w:tcPr>
          <w:p w14:paraId="3492D956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35" w:type="dxa"/>
            <w:vAlign w:val="center"/>
          </w:tcPr>
          <w:p w14:paraId="00A882F3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BB45B6C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1243273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0B6" w:rsidRPr="00D54F8C" w14:paraId="51C34285" w14:textId="77777777" w:rsidTr="00C279DE">
        <w:trPr>
          <w:jc w:val="center"/>
        </w:trPr>
        <w:tc>
          <w:tcPr>
            <w:tcW w:w="1624" w:type="dxa"/>
            <w:vAlign w:val="center"/>
          </w:tcPr>
          <w:p w14:paraId="08A7E086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B5D1C9E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3" w:type="dxa"/>
            <w:vAlign w:val="center"/>
          </w:tcPr>
          <w:p w14:paraId="2E1FAC1F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35" w:type="dxa"/>
            <w:vAlign w:val="center"/>
          </w:tcPr>
          <w:p w14:paraId="101AE91F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36E0527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EC8A087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0B6" w:rsidRPr="00D54F8C" w14:paraId="41493C3F" w14:textId="77777777" w:rsidTr="00C279DE">
        <w:trPr>
          <w:jc w:val="center"/>
        </w:trPr>
        <w:tc>
          <w:tcPr>
            <w:tcW w:w="1624" w:type="dxa"/>
            <w:vAlign w:val="center"/>
          </w:tcPr>
          <w:p w14:paraId="4ADBBC3C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AD1346B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3" w:type="dxa"/>
            <w:vAlign w:val="center"/>
          </w:tcPr>
          <w:p w14:paraId="76D4D8EA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35" w:type="dxa"/>
            <w:vAlign w:val="center"/>
          </w:tcPr>
          <w:p w14:paraId="5E928683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63F3305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1952215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0B6" w:rsidRPr="00D54F8C" w14:paraId="71AF333D" w14:textId="77777777" w:rsidTr="00C279DE">
        <w:trPr>
          <w:jc w:val="center"/>
        </w:trPr>
        <w:tc>
          <w:tcPr>
            <w:tcW w:w="1624" w:type="dxa"/>
            <w:vAlign w:val="center"/>
          </w:tcPr>
          <w:p w14:paraId="319914B4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8BC12BC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3" w:type="dxa"/>
            <w:vAlign w:val="center"/>
          </w:tcPr>
          <w:p w14:paraId="42278BDD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35" w:type="dxa"/>
            <w:vAlign w:val="center"/>
          </w:tcPr>
          <w:p w14:paraId="022D87C3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7BDFB97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E6988BB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0B6" w:rsidRPr="00D54F8C" w14:paraId="06B015B9" w14:textId="77777777" w:rsidTr="00C279DE">
        <w:trPr>
          <w:jc w:val="center"/>
        </w:trPr>
        <w:tc>
          <w:tcPr>
            <w:tcW w:w="1624" w:type="dxa"/>
            <w:vAlign w:val="center"/>
          </w:tcPr>
          <w:p w14:paraId="694DAC09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3CDBF4B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3" w:type="dxa"/>
            <w:vAlign w:val="center"/>
          </w:tcPr>
          <w:p w14:paraId="67307AE8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35" w:type="dxa"/>
            <w:vAlign w:val="center"/>
          </w:tcPr>
          <w:p w14:paraId="49E80E3E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67732F1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5EA4044" w14:textId="77777777" w:rsidR="009140B6" w:rsidRPr="00D54F8C" w:rsidRDefault="009140B6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2C3E0358" w14:textId="77777777" w:rsidR="009140B6" w:rsidRPr="00D54F8C" w:rsidRDefault="009140B6">
      <w:pPr>
        <w:rPr>
          <w:rFonts w:asciiTheme="minorEastAsia" w:eastAsiaTheme="minorEastAsia" w:hAnsiTheme="minorEastAsia"/>
        </w:rPr>
      </w:pPr>
    </w:p>
    <w:sectPr w:rsidR="009140B6" w:rsidRPr="00D54F8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140B6"/>
    <w:rsid w:val="00AA1D8D"/>
    <w:rsid w:val="00B47730"/>
    <w:rsid w:val="00C279DE"/>
    <w:rsid w:val="00CB0664"/>
    <w:rsid w:val="00D54F8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143695E"/>
  <w14:defaultImageDpi w14:val="300"/>
  <w15:docId w15:val="{9A2CCEAE-9643-41D8-BEFE-7185FA3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游ゴシック" w:eastAsia="游ゴシック" w:hAnsi="游ゴシック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