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2" Type="http://schemas.openxmlformats.org/package/2006/relationships/metadata/thumbnail" Target="docProps/thumbnail.emf" /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C1A4D1" w14:textId="77777777" w:rsidR="00914555" w:rsidRPr="001B759D" w:rsidRDefault="00914555" w:rsidP="00914555">
      <w:pPr>
        <w:rPr>
          <w:rFonts w:asciiTheme="minorEastAsia" w:eastAsiaTheme="minorEastAsia" w:hAnsiTheme="minorEastAsia"/>
          <w:bCs/>
          <w:szCs w:val="21"/>
          <w:lang w:eastAsia="ja-JP"/>
        </w:rPr>
      </w:pPr>
      <w:r w:rsidRPr="001B759D">
        <w:rPr>
          <w:rFonts w:asciiTheme="minorEastAsia" w:eastAsiaTheme="minorEastAsia" w:hAnsiTheme="minorEastAsia"/>
          <w:bCs/>
          <w:szCs w:val="21"/>
          <w:lang w:eastAsia="ja-JP"/>
        </w:rPr>
        <w:t>【様式3】</w:t>
      </w:r>
    </w:p>
    <w:p w14:paraId="0E23E3F7" w14:textId="0B6611B3" w:rsidR="00615816" w:rsidRPr="001B759D" w:rsidRDefault="00914555" w:rsidP="00914555">
      <w:pPr>
        <w:jc w:val="center"/>
        <w:rPr>
          <w:rFonts w:asciiTheme="minorEastAsia" w:eastAsiaTheme="minorEastAsia" w:hAnsiTheme="minorEastAsia"/>
          <w:bCs/>
          <w:sz w:val="32"/>
          <w:szCs w:val="32"/>
          <w:lang w:eastAsia="ja-JP"/>
        </w:rPr>
      </w:pPr>
      <w:r w:rsidRPr="001B759D">
        <w:rPr>
          <w:rFonts w:asciiTheme="minorEastAsia" w:eastAsiaTheme="minorEastAsia" w:hAnsiTheme="minorEastAsia"/>
          <w:bCs/>
          <w:sz w:val="32"/>
          <w:szCs w:val="32"/>
          <w:lang w:eastAsia="ja-JP"/>
        </w:rPr>
        <w:t>同種・類似業務実績調書</w:t>
      </w:r>
    </w:p>
    <w:p w14:paraId="11ED3879" w14:textId="77777777" w:rsidR="00615816" w:rsidRPr="001B759D" w:rsidRDefault="00615816">
      <w:pPr>
        <w:rPr>
          <w:rFonts w:asciiTheme="minorEastAsia" w:eastAsiaTheme="minorEastAsia" w:hAnsiTheme="minorEastAsia"/>
          <w:lang w:eastAsia="ja-JP"/>
        </w:rPr>
      </w:pPr>
    </w:p>
    <w:tbl>
      <w:tblPr>
        <w:tblStyle w:val="afe"/>
        <w:tblW w:w="0" w:type="auto"/>
        <w:jc w:val="center"/>
        <w:tblLook w:val="04A0" w:firstRow="1" w:lastRow="0" w:firstColumn="1" w:lastColumn="0" w:noHBand="0" w:noVBand="1"/>
      </w:tblPr>
      <w:tblGrid>
        <w:gridCol w:w="1624"/>
        <w:gridCol w:w="1624"/>
        <w:gridCol w:w="1624"/>
        <w:gridCol w:w="1624"/>
        <w:gridCol w:w="1867"/>
        <w:gridCol w:w="1381"/>
      </w:tblGrid>
      <w:tr w:rsidR="00615816" w:rsidRPr="001B759D" w14:paraId="468ADD38" w14:textId="77777777" w:rsidTr="00914555">
        <w:trPr>
          <w:jc w:val="center"/>
        </w:trPr>
        <w:tc>
          <w:tcPr>
            <w:tcW w:w="1624" w:type="dxa"/>
            <w:shd w:val="clear" w:color="auto" w:fill="auto"/>
            <w:vAlign w:val="center"/>
          </w:tcPr>
          <w:p w14:paraId="549C4735" w14:textId="77777777" w:rsidR="00615816" w:rsidRPr="001B759D" w:rsidRDefault="00914555" w:rsidP="00914555">
            <w:pPr>
              <w:jc w:val="center"/>
              <w:rPr>
                <w:rFonts w:asciiTheme="minorEastAsia" w:eastAsiaTheme="minorEastAsia" w:hAnsiTheme="minorEastAsia"/>
                <w:bCs/>
              </w:rPr>
            </w:pPr>
            <w:proofErr w:type="spellStart"/>
            <w:r w:rsidRPr="001B759D">
              <w:rPr>
                <w:rFonts w:asciiTheme="minorEastAsia" w:eastAsiaTheme="minorEastAsia" w:hAnsiTheme="minorEastAsia"/>
                <w:bCs/>
              </w:rPr>
              <w:t>業務名</w:t>
            </w:r>
            <w:proofErr w:type="spellEnd"/>
          </w:p>
        </w:tc>
        <w:tc>
          <w:tcPr>
            <w:tcW w:w="1624" w:type="dxa"/>
            <w:shd w:val="clear" w:color="auto" w:fill="auto"/>
            <w:vAlign w:val="center"/>
          </w:tcPr>
          <w:p w14:paraId="0A64A083" w14:textId="77777777" w:rsidR="00615816" w:rsidRPr="001B759D" w:rsidRDefault="00914555" w:rsidP="00914555">
            <w:pPr>
              <w:jc w:val="center"/>
              <w:rPr>
                <w:rFonts w:asciiTheme="minorEastAsia" w:eastAsiaTheme="minorEastAsia" w:hAnsiTheme="minorEastAsia"/>
                <w:bCs/>
              </w:rPr>
            </w:pPr>
            <w:r w:rsidRPr="001B759D">
              <w:rPr>
                <w:rFonts w:asciiTheme="minorEastAsia" w:eastAsiaTheme="minorEastAsia" w:hAnsiTheme="minorEastAsia"/>
                <w:bCs/>
              </w:rPr>
              <w:t>発注者</w:t>
            </w:r>
          </w:p>
        </w:tc>
        <w:tc>
          <w:tcPr>
            <w:tcW w:w="1624" w:type="dxa"/>
            <w:shd w:val="clear" w:color="auto" w:fill="auto"/>
            <w:vAlign w:val="center"/>
          </w:tcPr>
          <w:p w14:paraId="516E766A" w14:textId="77777777" w:rsidR="00615816" w:rsidRPr="001B759D" w:rsidRDefault="00914555" w:rsidP="00914555">
            <w:pPr>
              <w:jc w:val="center"/>
              <w:rPr>
                <w:rFonts w:asciiTheme="minorEastAsia" w:eastAsiaTheme="minorEastAsia" w:hAnsiTheme="minorEastAsia"/>
                <w:bCs/>
              </w:rPr>
            </w:pPr>
            <w:r w:rsidRPr="001B759D">
              <w:rPr>
                <w:rFonts w:asciiTheme="minorEastAsia" w:eastAsiaTheme="minorEastAsia" w:hAnsiTheme="minorEastAsia"/>
                <w:bCs/>
              </w:rPr>
              <w:t>履行期間</w:t>
            </w:r>
          </w:p>
        </w:tc>
        <w:tc>
          <w:tcPr>
            <w:tcW w:w="1624" w:type="dxa"/>
            <w:shd w:val="clear" w:color="auto" w:fill="auto"/>
            <w:vAlign w:val="center"/>
          </w:tcPr>
          <w:p w14:paraId="15C19C86" w14:textId="77777777" w:rsidR="00615816" w:rsidRPr="001B759D" w:rsidRDefault="00914555" w:rsidP="00914555">
            <w:pPr>
              <w:jc w:val="center"/>
              <w:rPr>
                <w:rFonts w:asciiTheme="minorEastAsia" w:eastAsiaTheme="minorEastAsia" w:hAnsiTheme="minorEastAsia"/>
                <w:bCs/>
              </w:rPr>
            </w:pPr>
            <w:r w:rsidRPr="001B759D">
              <w:rPr>
                <w:rFonts w:asciiTheme="minorEastAsia" w:eastAsiaTheme="minorEastAsia" w:hAnsiTheme="minorEastAsia"/>
                <w:bCs/>
              </w:rPr>
              <w:t>業務概要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3F9E7641" w14:textId="77777777" w:rsidR="00615816" w:rsidRPr="001B759D" w:rsidRDefault="00914555" w:rsidP="00914555">
            <w:pPr>
              <w:jc w:val="center"/>
              <w:rPr>
                <w:rFonts w:asciiTheme="minorEastAsia" w:eastAsiaTheme="minorEastAsia" w:hAnsiTheme="minorEastAsia"/>
                <w:bCs/>
              </w:rPr>
            </w:pPr>
            <w:r w:rsidRPr="001B759D">
              <w:rPr>
                <w:rFonts w:asciiTheme="minorEastAsia" w:eastAsiaTheme="minorEastAsia" w:hAnsiTheme="minorEastAsia"/>
                <w:bCs/>
              </w:rPr>
              <w:t>DBO/PFI法水準との関係</w:t>
            </w:r>
          </w:p>
        </w:tc>
        <w:tc>
          <w:tcPr>
            <w:tcW w:w="1381" w:type="dxa"/>
            <w:shd w:val="clear" w:color="auto" w:fill="auto"/>
            <w:vAlign w:val="center"/>
          </w:tcPr>
          <w:p w14:paraId="3D2B7095" w14:textId="77777777" w:rsidR="00615816" w:rsidRPr="001B759D" w:rsidRDefault="00914555" w:rsidP="00914555">
            <w:pPr>
              <w:jc w:val="center"/>
              <w:rPr>
                <w:rFonts w:asciiTheme="minorEastAsia" w:eastAsiaTheme="minorEastAsia" w:hAnsiTheme="minorEastAsia"/>
                <w:bCs/>
              </w:rPr>
            </w:pPr>
            <w:r w:rsidRPr="001B759D">
              <w:rPr>
                <w:rFonts w:asciiTheme="minorEastAsia" w:eastAsiaTheme="minorEastAsia" w:hAnsiTheme="minorEastAsia"/>
                <w:bCs/>
              </w:rPr>
              <w:t>担当内容</w:t>
            </w:r>
          </w:p>
        </w:tc>
      </w:tr>
      <w:tr w:rsidR="00615816" w:rsidRPr="001B759D" w14:paraId="43372985" w14:textId="77777777" w:rsidTr="00914555">
        <w:trPr>
          <w:jc w:val="center"/>
        </w:trPr>
        <w:tc>
          <w:tcPr>
            <w:tcW w:w="1624" w:type="dxa"/>
            <w:vAlign w:val="center"/>
          </w:tcPr>
          <w:p w14:paraId="5855860F" w14:textId="77777777" w:rsidR="00615816" w:rsidRPr="001B759D" w:rsidRDefault="0061581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6404C9AF" w14:textId="77777777" w:rsidR="00615816" w:rsidRPr="001B759D" w:rsidRDefault="0061581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26BA2F6B" w14:textId="77777777" w:rsidR="00615816" w:rsidRPr="001B759D" w:rsidRDefault="0061581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4FB9E47A" w14:textId="77777777" w:rsidR="00615816" w:rsidRPr="001B759D" w:rsidRDefault="0061581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867" w:type="dxa"/>
            <w:vAlign w:val="center"/>
          </w:tcPr>
          <w:p w14:paraId="297EF689" w14:textId="77777777" w:rsidR="00615816" w:rsidRPr="001B759D" w:rsidRDefault="0061581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381" w:type="dxa"/>
            <w:vAlign w:val="center"/>
          </w:tcPr>
          <w:p w14:paraId="06C4B3EC" w14:textId="77777777" w:rsidR="00615816" w:rsidRPr="001B759D" w:rsidRDefault="00615816">
            <w:pPr>
              <w:rPr>
                <w:rFonts w:asciiTheme="minorEastAsia" w:eastAsiaTheme="minorEastAsia" w:hAnsiTheme="minorEastAsia"/>
              </w:rPr>
            </w:pPr>
          </w:p>
        </w:tc>
      </w:tr>
      <w:tr w:rsidR="00615816" w:rsidRPr="001B759D" w14:paraId="5A12DD12" w14:textId="77777777" w:rsidTr="00914555">
        <w:trPr>
          <w:jc w:val="center"/>
        </w:trPr>
        <w:tc>
          <w:tcPr>
            <w:tcW w:w="1624" w:type="dxa"/>
            <w:vAlign w:val="center"/>
          </w:tcPr>
          <w:p w14:paraId="3640A36A" w14:textId="77777777" w:rsidR="00615816" w:rsidRPr="001B759D" w:rsidRDefault="0061581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68C9FA03" w14:textId="77777777" w:rsidR="00615816" w:rsidRPr="001B759D" w:rsidRDefault="0061581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2789437F" w14:textId="77777777" w:rsidR="00615816" w:rsidRPr="001B759D" w:rsidRDefault="0061581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57EF2305" w14:textId="77777777" w:rsidR="00615816" w:rsidRPr="001B759D" w:rsidRDefault="0061581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867" w:type="dxa"/>
            <w:vAlign w:val="center"/>
          </w:tcPr>
          <w:p w14:paraId="0C1F6663" w14:textId="77777777" w:rsidR="00615816" w:rsidRPr="001B759D" w:rsidRDefault="0061581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381" w:type="dxa"/>
            <w:vAlign w:val="center"/>
          </w:tcPr>
          <w:p w14:paraId="2BA7A933" w14:textId="77777777" w:rsidR="00615816" w:rsidRPr="001B759D" w:rsidRDefault="00615816">
            <w:pPr>
              <w:rPr>
                <w:rFonts w:asciiTheme="minorEastAsia" w:eastAsiaTheme="minorEastAsia" w:hAnsiTheme="minorEastAsia"/>
              </w:rPr>
            </w:pPr>
          </w:p>
        </w:tc>
      </w:tr>
      <w:tr w:rsidR="00615816" w:rsidRPr="001B759D" w14:paraId="2D82240B" w14:textId="77777777" w:rsidTr="00914555">
        <w:trPr>
          <w:jc w:val="center"/>
        </w:trPr>
        <w:tc>
          <w:tcPr>
            <w:tcW w:w="1624" w:type="dxa"/>
            <w:vAlign w:val="center"/>
          </w:tcPr>
          <w:p w14:paraId="20B7E9B0" w14:textId="77777777" w:rsidR="00615816" w:rsidRPr="001B759D" w:rsidRDefault="0061581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4A8CB8DD" w14:textId="77777777" w:rsidR="00615816" w:rsidRPr="001B759D" w:rsidRDefault="0061581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139CCB68" w14:textId="77777777" w:rsidR="00615816" w:rsidRPr="001B759D" w:rsidRDefault="0061581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01341573" w14:textId="77777777" w:rsidR="00615816" w:rsidRPr="001B759D" w:rsidRDefault="0061581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867" w:type="dxa"/>
            <w:vAlign w:val="center"/>
          </w:tcPr>
          <w:p w14:paraId="462786E3" w14:textId="77777777" w:rsidR="00615816" w:rsidRPr="001B759D" w:rsidRDefault="0061581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381" w:type="dxa"/>
            <w:vAlign w:val="center"/>
          </w:tcPr>
          <w:p w14:paraId="756E8F73" w14:textId="77777777" w:rsidR="00615816" w:rsidRPr="001B759D" w:rsidRDefault="00615816">
            <w:pPr>
              <w:rPr>
                <w:rFonts w:asciiTheme="minorEastAsia" w:eastAsiaTheme="minorEastAsia" w:hAnsiTheme="minorEastAsia"/>
              </w:rPr>
            </w:pPr>
          </w:p>
        </w:tc>
      </w:tr>
      <w:tr w:rsidR="00615816" w:rsidRPr="001B759D" w14:paraId="7B4E724E" w14:textId="77777777" w:rsidTr="00914555">
        <w:trPr>
          <w:jc w:val="center"/>
        </w:trPr>
        <w:tc>
          <w:tcPr>
            <w:tcW w:w="1624" w:type="dxa"/>
            <w:vAlign w:val="center"/>
          </w:tcPr>
          <w:p w14:paraId="74AD77CF" w14:textId="77777777" w:rsidR="00615816" w:rsidRPr="001B759D" w:rsidRDefault="0061581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3DDA3AC8" w14:textId="77777777" w:rsidR="00615816" w:rsidRPr="001B759D" w:rsidRDefault="0061581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780DEAC9" w14:textId="77777777" w:rsidR="00615816" w:rsidRPr="001B759D" w:rsidRDefault="0061581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48F522F2" w14:textId="77777777" w:rsidR="00615816" w:rsidRPr="001B759D" w:rsidRDefault="0061581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867" w:type="dxa"/>
            <w:vAlign w:val="center"/>
          </w:tcPr>
          <w:p w14:paraId="7F4A768D" w14:textId="77777777" w:rsidR="00615816" w:rsidRPr="001B759D" w:rsidRDefault="0061581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381" w:type="dxa"/>
            <w:vAlign w:val="center"/>
          </w:tcPr>
          <w:p w14:paraId="66B2FADA" w14:textId="77777777" w:rsidR="00615816" w:rsidRPr="001B759D" w:rsidRDefault="00615816">
            <w:pPr>
              <w:rPr>
                <w:rFonts w:asciiTheme="minorEastAsia" w:eastAsiaTheme="minorEastAsia" w:hAnsiTheme="minorEastAsia"/>
              </w:rPr>
            </w:pPr>
          </w:p>
        </w:tc>
      </w:tr>
      <w:tr w:rsidR="00615816" w:rsidRPr="001B759D" w14:paraId="64CF7E0A" w14:textId="77777777" w:rsidTr="00914555">
        <w:trPr>
          <w:jc w:val="center"/>
        </w:trPr>
        <w:tc>
          <w:tcPr>
            <w:tcW w:w="1624" w:type="dxa"/>
            <w:vAlign w:val="center"/>
          </w:tcPr>
          <w:p w14:paraId="0B8416DF" w14:textId="77777777" w:rsidR="00615816" w:rsidRPr="001B759D" w:rsidRDefault="0061581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656E184A" w14:textId="77777777" w:rsidR="00615816" w:rsidRPr="001B759D" w:rsidRDefault="0061581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4BA6C053" w14:textId="77777777" w:rsidR="00615816" w:rsidRPr="001B759D" w:rsidRDefault="0061581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572D0A24" w14:textId="77777777" w:rsidR="00615816" w:rsidRPr="001B759D" w:rsidRDefault="0061581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867" w:type="dxa"/>
            <w:vAlign w:val="center"/>
          </w:tcPr>
          <w:p w14:paraId="75EAE6AF" w14:textId="77777777" w:rsidR="00615816" w:rsidRPr="001B759D" w:rsidRDefault="0061581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381" w:type="dxa"/>
            <w:vAlign w:val="center"/>
          </w:tcPr>
          <w:p w14:paraId="4FA0BF16" w14:textId="77777777" w:rsidR="00615816" w:rsidRPr="001B759D" w:rsidRDefault="00615816">
            <w:pPr>
              <w:rPr>
                <w:rFonts w:asciiTheme="minorEastAsia" w:eastAsiaTheme="minorEastAsia" w:hAnsiTheme="minorEastAsia"/>
              </w:rPr>
            </w:pPr>
          </w:p>
        </w:tc>
      </w:tr>
      <w:tr w:rsidR="00615816" w:rsidRPr="001B759D" w14:paraId="78DEDD06" w14:textId="77777777" w:rsidTr="00914555">
        <w:trPr>
          <w:jc w:val="center"/>
        </w:trPr>
        <w:tc>
          <w:tcPr>
            <w:tcW w:w="1624" w:type="dxa"/>
            <w:vAlign w:val="center"/>
          </w:tcPr>
          <w:p w14:paraId="072337AD" w14:textId="77777777" w:rsidR="00615816" w:rsidRPr="001B759D" w:rsidRDefault="0061581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6D1BACDB" w14:textId="77777777" w:rsidR="00615816" w:rsidRPr="001B759D" w:rsidRDefault="0061581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59C33290" w14:textId="77777777" w:rsidR="00615816" w:rsidRPr="001B759D" w:rsidRDefault="0061581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30779275" w14:textId="77777777" w:rsidR="00615816" w:rsidRPr="001B759D" w:rsidRDefault="0061581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867" w:type="dxa"/>
            <w:vAlign w:val="center"/>
          </w:tcPr>
          <w:p w14:paraId="763A6BAA" w14:textId="77777777" w:rsidR="00615816" w:rsidRPr="001B759D" w:rsidRDefault="0061581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381" w:type="dxa"/>
            <w:vAlign w:val="center"/>
          </w:tcPr>
          <w:p w14:paraId="3A415ECE" w14:textId="77777777" w:rsidR="00615816" w:rsidRPr="001B759D" w:rsidRDefault="00615816">
            <w:pPr>
              <w:rPr>
                <w:rFonts w:asciiTheme="minorEastAsia" w:eastAsiaTheme="minorEastAsia" w:hAnsiTheme="minorEastAsia"/>
              </w:rPr>
            </w:pPr>
          </w:p>
        </w:tc>
      </w:tr>
      <w:tr w:rsidR="00615816" w:rsidRPr="001B759D" w14:paraId="2316F85E" w14:textId="77777777" w:rsidTr="00914555">
        <w:trPr>
          <w:jc w:val="center"/>
        </w:trPr>
        <w:tc>
          <w:tcPr>
            <w:tcW w:w="1624" w:type="dxa"/>
            <w:vAlign w:val="center"/>
          </w:tcPr>
          <w:p w14:paraId="18D2275E" w14:textId="77777777" w:rsidR="00615816" w:rsidRPr="001B759D" w:rsidRDefault="0061581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513D021C" w14:textId="77777777" w:rsidR="00615816" w:rsidRPr="001B759D" w:rsidRDefault="0061581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2C86D885" w14:textId="77777777" w:rsidR="00615816" w:rsidRPr="001B759D" w:rsidRDefault="0061581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4C2D32D1" w14:textId="77777777" w:rsidR="00615816" w:rsidRPr="001B759D" w:rsidRDefault="0061581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867" w:type="dxa"/>
            <w:vAlign w:val="center"/>
          </w:tcPr>
          <w:p w14:paraId="7D036738" w14:textId="77777777" w:rsidR="00615816" w:rsidRPr="001B759D" w:rsidRDefault="0061581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381" w:type="dxa"/>
            <w:vAlign w:val="center"/>
          </w:tcPr>
          <w:p w14:paraId="069BD3BF" w14:textId="77777777" w:rsidR="00615816" w:rsidRPr="001B759D" w:rsidRDefault="00615816">
            <w:pPr>
              <w:rPr>
                <w:rFonts w:asciiTheme="minorEastAsia" w:eastAsiaTheme="minorEastAsia" w:hAnsiTheme="minorEastAsia"/>
              </w:rPr>
            </w:pPr>
          </w:p>
        </w:tc>
      </w:tr>
      <w:tr w:rsidR="00615816" w:rsidRPr="001B759D" w14:paraId="48345D13" w14:textId="77777777" w:rsidTr="00914555">
        <w:trPr>
          <w:jc w:val="center"/>
        </w:trPr>
        <w:tc>
          <w:tcPr>
            <w:tcW w:w="1624" w:type="dxa"/>
            <w:vAlign w:val="center"/>
          </w:tcPr>
          <w:p w14:paraId="4342E78B" w14:textId="77777777" w:rsidR="00615816" w:rsidRPr="001B759D" w:rsidRDefault="0061581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78B99E94" w14:textId="77777777" w:rsidR="00615816" w:rsidRPr="001B759D" w:rsidRDefault="0061581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040580DD" w14:textId="77777777" w:rsidR="00615816" w:rsidRPr="001B759D" w:rsidRDefault="0061581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624" w:type="dxa"/>
            <w:vAlign w:val="center"/>
          </w:tcPr>
          <w:p w14:paraId="622D63BE" w14:textId="77777777" w:rsidR="00615816" w:rsidRPr="001B759D" w:rsidRDefault="0061581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867" w:type="dxa"/>
            <w:vAlign w:val="center"/>
          </w:tcPr>
          <w:p w14:paraId="0258587A" w14:textId="77777777" w:rsidR="00615816" w:rsidRPr="001B759D" w:rsidRDefault="0061581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381" w:type="dxa"/>
            <w:vAlign w:val="center"/>
          </w:tcPr>
          <w:p w14:paraId="1246FBBE" w14:textId="77777777" w:rsidR="00615816" w:rsidRPr="001B759D" w:rsidRDefault="00615816">
            <w:pPr>
              <w:rPr>
                <w:rFonts w:asciiTheme="minorEastAsia" w:eastAsiaTheme="minorEastAsia" w:hAnsiTheme="minorEastAsia"/>
              </w:rPr>
            </w:pPr>
          </w:p>
        </w:tc>
      </w:tr>
    </w:tbl>
    <w:p w14:paraId="1BE38376" w14:textId="77777777" w:rsidR="00615816" w:rsidRPr="001B759D" w:rsidRDefault="00615816">
      <w:pPr>
        <w:rPr>
          <w:rFonts w:asciiTheme="minorEastAsia" w:eastAsiaTheme="minorEastAsia" w:hAnsiTheme="minorEastAsia"/>
        </w:rPr>
      </w:pPr>
    </w:p>
    <w:sectPr w:rsidR="00615816" w:rsidRPr="001B759D" w:rsidSect="00034616">
      <w:pgSz w:w="12240" w:h="15840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">
    <w:altName w:val="Yu Gothic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B759D"/>
    <w:rsid w:val="0029639D"/>
    <w:rsid w:val="00326F90"/>
    <w:rsid w:val="00615816"/>
    <w:rsid w:val="00914555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4E295CB"/>
  <w14:defaultImageDpi w14:val="300"/>
  <w15:docId w15:val="{9A2CCEAE-9643-41D8-BEFE-7185FA3F5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游ゴシック" w:eastAsia="游ゴシック" w:hAnsi="游ゴシック"/>
      <w:sz w:val="21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6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3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ヘッダー (文字)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フッター (文字)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見出し 1 (文字)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見出し 2 (文字)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見出し 3 (文字)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32"/>
      <w:szCs w:val="52"/>
    </w:rPr>
  </w:style>
  <w:style w:type="character" w:customStyle="1" w:styleId="ab">
    <w:name w:val="表題 (文字)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題 (文字)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(文字)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(文字)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(文字)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マクロ文字列 (文字)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用文 (文字)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見出し 4 (文字)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見出し 5 (文字)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見出し 6 (文字)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見出し 7 (文字)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見出し 8 (文字)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見出し 9 (文字)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27">
    <w:name w:val="Intense Quote"/>
    <w:basedOn w:val="a1"/>
    <w:next w:val="a1"/>
    <w:link w:val="28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28">
    <w:name w:val="引用文 2 (文字)"/>
    <w:basedOn w:val="a2"/>
    <w:link w:val="27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29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b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2a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c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d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e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12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13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14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15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16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17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2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2c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2d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2e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2f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2f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2f1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37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38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39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3a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3b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3c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3d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4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2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3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4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5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6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7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1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2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3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4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5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6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7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6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62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63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64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65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66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67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71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2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3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4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5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6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82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83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4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5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6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7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1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0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10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10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10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10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10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10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110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11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11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113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14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15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6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120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1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2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4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5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6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30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31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32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33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3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35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36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4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41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42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43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44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4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46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styles" Target="styles.xml" />
  <Relationship Id="rId7" Type="http://schemas.openxmlformats.org/officeDocument/2006/relationships/theme" Target="theme/theme1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ntTable" Target="fontTable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