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2" Type="http://schemas.openxmlformats.org/package/2006/relationships/metadata/thumbnail" Target="docProps/thumbnail.emf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38C4E" w14:textId="77777777" w:rsidR="00286272" w:rsidRPr="00C809B7" w:rsidRDefault="00286272" w:rsidP="00286272">
      <w:pPr>
        <w:rPr>
          <w:rFonts w:asciiTheme="minorEastAsia" w:eastAsiaTheme="minorEastAsia" w:hAnsiTheme="minorEastAsia"/>
          <w:bCs/>
          <w:szCs w:val="21"/>
        </w:rPr>
      </w:pPr>
      <w:r w:rsidRPr="00C809B7">
        <w:rPr>
          <w:rFonts w:asciiTheme="minorEastAsia" w:eastAsiaTheme="minorEastAsia" w:hAnsiTheme="minorEastAsia"/>
          <w:bCs/>
          <w:szCs w:val="21"/>
        </w:rPr>
        <w:t>【様式1】</w:t>
      </w:r>
    </w:p>
    <w:p w14:paraId="7092D98A" w14:textId="3EDE1A4B" w:rsidR="00C83B83" w:rsidRPr="00C809B7" w:rsidRDefault="00286272" w:rsidP="00286272">
      <w:pPr>
        <w:jc w:val="center"/>
        <w:rPr>
          <w:rFonts w:asciiTheme="minorEastAsia" w:eastAsiaTheme="minorEastAsia" w:hAnsiTheme="minorEastAsia"/>
          <w:bCs/>
          <w:sz w:val="32"/>
          <w:szCs w:val="32"/>
        </w:rPr>
      </w:pPr>
      <w:proofErr w:type="spellStart"/>
      <w:r w:rsidRPr="00C809B7">
        <w:rPr>
          <w:rFonts w:asciiTheme="minorEastAsia" w:eastAsiaTheme="minorEastAsia" w:hAnsiTheme="minorEastAsia"/>
          <w:bCs/>
          <w:sz w:val="32"/>
          <w:szCs w:val="32"/>
        </w:rPr>
        <w:t>参加表明書</w:t>
      </w:r>
      <w:proofErr w:type="spellEnd"/>
    </w:p>
    <w:p w14:paraId="4CB06FDA" w14:textId="77777777" w:rsidR="00C83B83" w:rsidRPr="00C809B7" w:rsidRDefault="00C83B83">
      <w:pPr>
        <w:rPr>
          <w:rFonts w:asciiTheme="minorEastAsia" w:eastAsiaTheme="minorEastAsia" w:hAnsiTheme="minorEastAsia"/>
        </w:rPr>
      </w:pPr>
    </w:p>
    <w:p w14:paraId="27BFED9E" w14:textId="77777777" w:rsidR="00C83B83" w:rsidRPr="00C809B7" w:rsidRDefault="00286272" w:rsidP="00286272">
      <w:pPr>
        <w:jc w:val="right"/>
        <w:rPr>
          <w:rFonts w:asciiTheme="minorEastAsia" w:eastAsiaTheme="minorEastAsia" w:hAnsiTheme="minorEastAsia"/>
        </w:rPr>
      </w:pPr>
      <w:r w:rsidRPr="00C809B7">
        <w:rPr>
          <w:rFonts w:asciiTheme="minorEastAsia" w:eastAsiaTheme="minorEastAsia" w:hAnsiTheme="minorEastAsia"/>
        </w:rPr>
        <w:t>令和8年　月　日</w:t>
      </w:r>
    </w:p>
    <w:p w14:paraId="090B7DB3" w14:textId="77777777" w:rsidR="00C83B83" w:rsidRPr="00C809B7" w:rsidRDefault="00286272">
      <w:pPr>
        <w:rPr>
          <w:rFonts w:asciiTheme="minorEastAsia" w:eastAsiaTheme="minorEastAsia" w:hAnsiTheme="minorEastAsia"/>
          <w:lang w:eastAsia="ja-JP"/>
        </w:rPr>
      </w:pPr>
      <w:r w:rsidRPr="00C809B7">
        <w:rPr>
          <w:rFonts w:asciiTheme="minorEastAsia" w:eastAsiaTheme="minorEastAsia" w:hAnsiTheme="minorEastAsia"/>
          <w:lang w:eastAsia="ja-JP"/>
        </w:rPr>
        <w:t>田野町長　様</w:t>
      </w:r>
    </w:p>
    <w:p w14:paraId="18E1F174" w14:textId="77777777" w:rsidR="00C83B83" w:rsidRPr="00C809B7" w:rsidRDefault="00286272" w:rsidP="00286272">
      <w:pPr>
        <w:ind w:firstLineChars="2500" w:firstLine="5250"/>
        <w:rPr>
          <w:rFonts w:asciiTheme="minorEastAsia" w:eastAsiaTheme="minorEastAsia" w:hAnsiTheme="minorEastAsia"/>
          <w:lang w:eastAsia="ja-JP"/>
        </w:rPr>
      </w:pPr>
      <w:r w:rsidRPr="00C809B7">
        <w:rPr>
          <w:rFonts w:asciiTheme="minorEastAsia" w:eastAsiaTheme="minorEastAsia" w:hAnsiTheme="minorEastAsia"/>
          <w:lang w:eastAsia="ja-JP"/>
        </w:rPr>
        <w:t>所在地：</w:t>
      </w:r>
    </w:p>
    <w:p w14:paraId="2EF8B62D" w14:textId="77777777" w:rsidR="00C83B83" w:rsidRPr="00C809B7" w:rsidRDefault="00286272" w:rsidP="00286272">
      <w:pPr>
        <w:ind w:firstLineChars="2500" w:firstLine="5250"/>
        <w:rPr>
          <w:rFonts w:asciiTheme="minorEastAsia" w:eastAsiaTheme="minorEastAsia" w:hAnsiTheme="minorEastAsia"/>
          <w:lang w:eastAsia="ja-JP"/>
        </w:rPr>
      </w:pPr>
      <w:r w:rsidRPr="00C809B7">
        <w:rPr>
          <w:rFonts w:asciiTheme="minorEastAsia" w:eastAsiaTheme="minorEastAsia" w:hAnsiTheme="minorEastAsia"/>
          <w:lang w:eastAsia="ja-JP"/>
        </w:rPr>
        <w:t>商号又は名称：</w:t>
      </w:r>
    </w:p>
    <w:p w14:paraId="16719752" w14:textId="77DA7FEA" w:rsidR="00C83B83" w:rsidRPr="00C809B7" w:rsidRDefault="00286272" w:rsidP="00286272">
      <w:pPr>
        <w:ind w:firstLineChars="2500" w:firstLine="5250"/>
        <w:rPr>
          <w:rFonts w:asciiTheme="minorEastAsia" w:eastAsiaTheme="minorEastAsia" w:hAnsiTheme="minorEastAsia"/>
          <w:lang w:eastAsia="ja-JP"/>
        </w:rPr>
      </w:pPr>
      <w:r w:rsidRPr="00C809B7">
        <w:rPr>
          <w:rFonts w:asciiTheme="minorEastAsia" w:eastAsiaTheme="minorEastAsia" w:hAnsiTheme="minorEastAsia"/>
          <w:lang w:eastAsia="ja-JP"/>
        </w:rPr>
        <w:t>代表者職氏名：</w:t>
      </w:r>
    </w:p>
    <w:p w14:paraId="146A2813" w14:textId="77777777" w:rsidR="00286272" w:rsidRPr="00C809B7" w:rsidRDefault="00286272" w:rsidP="00286272">
      <w:pPr>
        <w:ind w:firstLineChars="2500" w:firstLine="5250"/>
        <w:rPr>
          <w:rFonts w:asciiTheme="minorEastAsia" w:eastAsiaTheme="minorEastAsia" w:hAnsiTheme="minorEastAsia"/>
          <w:lang w:eastAsia="ja-JP"/>
        </w:rPr>
      </w:pPr>
    </w:p>
    <w:p w14:paraId="1EC6D665" w14:textId="47902251" w:rsidR="00C83B83" w:rsidRPr="00C809B7" w:rsidRDefault="00286272" w:rsidP="00286272">
      <w:pPr>
        <w:ind w:firstLineChars="100" w:firstLine="210"/>
        <w:rPr>
          <w:rFonts w:asciiTheme="minorEastAsia" w:eastAsiaTheme="minorEastAsia" w:hAnsiTheme="minorEastAsia"/>
          <w:lang w:eastAsia="ja-JP"/>
        </w:rPr>
      </w:pPr>
      <w:r w:rsidRPr="00C809B7">
        <w:rPr>
          <w:rFonts w:asciiTheme="minorEastAsia" w:eastAsiaTheme="minorEastAsia" w:hAnsiTheme="minorEastAsia"/>
          <w:lang w:eastAsia="ja-JP"/>
        </w:rPr>
        <w:t>道の駅「田野駅屋」再整備事業官民連携アドバイザリー業務公募型プロポーザルについて、実施要項の内容を承諾のうえ、参加を表明します。</w:t>
      </w:r>
    </w:p>
    <w:p w14:paraId="7F8146DA" w14:textId="77777777" w:rsidR="00286272" w:rsidRPr="00C809B7" w:rsidRDefault="00286272" w:rsidP="00286272">
      <w:pPr>
        <w:ind w:firstLineChars="100" w:firstLine="210"/>
        <w:rPr>
          <w:rFonts w:asciiTheme="minorEastAsia" w:eastAsiaTheme="minorEastAsia" w:hAnsiTheme="minorEastAsia"/>
          <w:lang w:eastAsia="ja-JP"/>
        </w:rPr>
      </w:pPr>
    </w:p>
    <w:p w14:paraId="4D1B9D9C" w14:textId="77777777" w:rsidR="00C83B83" w:rsidRPr="00C809B7" w:rsidRDefault="00286272" w:rsidP="00286272">
      <w:pPr>
        <w:ind w:firstLineChars="600" w:firstLine="1260"/>
        <w:rPr>
          <w:rFonts w:asciiTheme="minorEastAsia" w:eastAsiaTheme="minorEastAsia" w:hAnsiTheme="minorEastAsia"/>
          <w:lang w:eastAsia="ja-JP"/>
        </w:rPr>
      </w:pPr>
      <w:r w:rsidRPr="00C809B7">
        <w:rPr>
          <w:rFonts w:asciiTheme="minorEastAsia" w:eastAsiaTheme="minorEastAsia" w:hAnsiTheme="minorEastAsia"/>
          <w:lang w:eastAsia="ja-JP"/>
        </w:rPr>
        <w:t>担当者 所属・氏名：</w:t>
      </w:r>
    </w:p>
    <w:p w14:paraId="377A3700" w14:textId="77777777" w:rsidR="00C83B83" w:rsidRPr="00C809B7" w:rsidRDefault="00286272" w:rsidP="00286272">
      <w:pPr>
        <w:ind w:firstLineChars="600" w:firstLine="1260"/>
        <w:rPr>
          <w:rFonts w:asciiTheme="minorEastAsia" w:eastAsiaTheme="minorEastAsia" w:hAnsiTheme="minorEastAsia"/>
          <w:lang w:eastAsia="ja-JP"/>
        </w:rPr>
      </w:pPr>
      <w:r w:rsidRPr="00C809B7">
        <w:rPr>
          <w:rFonts w:asciiTheme="minorEastAsia" w:eastAsiaTheme="minorEastAsia" w:hAnsiTheme="minorEastAsia"/>
          <w:lang w:eastAsia="ja-JP"/>
        </w:rPr>
        <w:t>電話：</w:t>
      </w:r>
    </w:p>
    <w:p w14:paraId="669CBFDB" w14:textId="77777777" w:rsidR="00C83B83" w:rsidRPr="00C809B7" w:rsidRDefault="00286272" w:rsidP="00286272">
      <w:pPr>
        <w:ind w:firstLineChars="600" w:firstLine="1260"/>
        <w:rPr>
          <w:rFonts w:asciiTheme="minorEastAsia" w:eastAsiaTheme="minorEastAsia" w:hAnsiTheme="minorEastAsia"/>
        </w:rPr>
      </w:pPr>
      <w:proofErr w:type="spellStart"/>
      <w:r w:rsidRPr="00C809B7">
        <w:rPr>
          <w:rFonts w:asciiTheme="minorEastAsia" w:eastAsiaTheme="minorEastAsia" w:hAnsiTheme="minorEastAsia"/>
        </w:rPr>
        <w:t>メール</w:t>
      </w:r>
      <w:proofErr w:type="spellEnd"/>
      <w:r w:rsidRPr="00C809B7">
        <w:rPr>
          <w:rFonts w:asciiTheme="minorEastAsia" w:eastAsiaTheme="minorEastAsia" w:hAnsiTheme="minorEastAsia"/>
        </w:rPr>
        <w:t>：</w:t>
      </w:r>
    </w:p>
    <w:sectPr w:rsidR="00C83B83" w:rsidRPr="00C809B7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86272"/>
    <w:rsid w:val="0029639D"/>
    <w:rsid w:val="00326F90"/>
    <w:rsid w:val="00AA1D8D"/>
    <w:rsid w:val="00B47730"/>
    <w:rsid w:val="00C809B7"/>
    <w:rsid w:val="00C83B83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27F934D"/>
  <w14:defaultImageDpi w14:val="300"/>
  <w15:docId w15:val="{9A2CCEAE-9643-41D8-BEFE-7185FA3F5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游ゴシック" w:eastAsia="游ゴシック" w:hAnsi="游ゴシック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6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3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ヘッダー (文字)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フッター (文字)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見出し 1 (文字)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見出し 2 (文字)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見出し 3 (文字)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32"/>
      <w:szCs w:val="52"/>
    </w:rPr>
  </w:style>
  <w:style w:type="character" w:customStyle="1" w:styleId="ab">
    <w:name w:val="表題 (文字)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題 (文字)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(文字)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(文字)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(文字)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マクロ文字列 (文字)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文 (文字)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見出し 4 (文字)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見出し 5 (文字)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見出し 6 (文字)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見出し 7 (文字)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見出し 8 (文字)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見出し 9 (文字)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27">
    <w:name w:val="Intense Quote"/>
    <w:basedOn w:val="a1"/>
    <w:next w:val="a1"/>
    <w:link w:val="28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28">
    <w:name w:val="引用文 2 (文字)"/>
    <w:basedOn w:val="a2"/>
    <w:link w:val="27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29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b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2a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c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d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e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2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13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14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15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16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17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2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2c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d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2e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2f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2f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2f1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37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38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3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a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3b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3c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3d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4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2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3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4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5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6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7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1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2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3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4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5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6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7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62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63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64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65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66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67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71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2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3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4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5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6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8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83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4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5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6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7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10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10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110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11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11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113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5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6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120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1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2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4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6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31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32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33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3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35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3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4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41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42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43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4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4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46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styles" Target="styles.xml" />
  <Relationship Id="rId7" Type="http://schemas.openxmlformats.org/officeDocument/2006/relationships/theme" Target="theme/theme1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ntTable" Target="fontTable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